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WhatsApp utility message templates</w:t>
      </w:r>
    </w:p>
    <w:p>
      <w:r>
        <w:t>Service messages for patients who opted in: confirmations, reminders, reports and follow-ups.</w:t>
      </w:r>
    </w:p>
    <w:p>
      <w:r>
        <w:rPr>
          <w:i/>
          <w:color w:val="8A6A35"/>
        </w:rPr>
        <w:t>Note: Keep utility messages free of promotion, offers and review links. Every message needs prior opt-in under WhatsApp policy and notice and consent under the DPDP Act, plus an easy opt-out.</w:t>
      </w:r>
    </w:p>
    <w:p>
      <w:pPr>
        <w:pStyle w:val="Heading2"/>
      </w:pPr>
      <w:r>
        <w:t>Appointment confirmation</w:t>
      </w:r>
    </w:p>
    <w:p>
      <w:r>
        <w:t>Hello [first name], your appointment with Dr [name] ([specialty]) at [hospital name], [unit] is confirmed for [date] at [time]. Please arrive 15 minutes early with any previous reports. To reschedule, reply R or call [number]. Reply STOP to opt out.</w:t>
      </w:r>
    </w:p>
    <w:p>
      <w:pPr>
        <w:pStyle w:val="Heading2"/>
      </w:pPr>
      <w:r>
        <w:t>Day-before reminder</w:t>
      </w:r>
    </w:p>
    <w:p>
      <w:r>
        <w:t>Reminder: your appointment with Dr [name] is tomorrow, [date] at [time], at [unit, floor]. Reply C to confirm or R to reschedule. Reply STOP to opt out.</w:t>
      </w:r>
    </w:p>
    <w:p>
      <w:pPr>
        <w:pStyle w:val="Heading2"/>
      </w:pPr>
      <w:r>
        <w:t>Report ready</w:t>
      </w:r>
    </w:p>
    <w:p>
      <w:r>
        <w:t>Hello [first name], your [test name] report from [date] is ready. You can download it at [secure link] using your registered mobile number, or collect it from [counter, timings]. Reply STOP to opt out.</w:t>
      </w:r>
    </w:p>
    <w:p>
      <w:pPr>
        <w:pStyle w:val="Heading2"/>
      </w:pPr>
      <w:r>
        <w:t>Follow-up due</w:t>
      </w:r>
    </w:p>
    <w:p>
      <w:r>
        <w:t>Hello [first name], Dr [name] had advised a follow-up visit around [date]. Would you like us to book it? Reply Y to receive available slots or call [number]. Reply STOP to opt out.</w:t>
      </w:r>
    </w:p>
    <w:p>
      <w:pPr>
        <w:pStyle w:val="Heading2"/>
      </w:pPr>
      <w:r>
        <w:t>Missed appointment</w:t>
      </w:r>
    </w:p>
    <w:p>
      <w:r>
        <w:t>Hello [first name], we missed you at your appointment with Dr [name] today. If you would like to reschedule, reply R or call [number]. Reply STOP to opt out.</w:t>
      </w:r>
    </w:p>
    <w:p>
      <w:r>
        <w:rPr>
          <w:color w:val="777777"/>
          <w:sz w:val="17"/>
        </w:rPr>
        <w:t>Source: gauravphogat.com/templates/. A marketer's template, not legal advice. Have your legal and medical teams review before use.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