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Google review reply templates</w:t>
      </w:r>
    </w:p>
    <w:p>
      <w:r>
        <w:t>Reply to every public review within your service level, without confirming that the reviewer is a patient or discussing their care.</w:t>
      </w:r>
    </w:p>
    <w:p>
      <w:r>
        <w:rPr>
          <w:i/>
          <w:color w:val="8A6A35"/>
        </w:rPr>
        <w:t>Note: Never mention diagnosis, treatment, dates, doctors seen or bills in a public reply. Take details offline. Do not ask the reviewer to change or remove a review in exchange for anything.</w:t>
      </w:r>
    </w:p>
    <w:p>
      <w:pPr>
        <w:pStyle w:val="Heading2"/>
      </w:pPr>
      <w:r>
        <w:t>Positive review</w:t>
      </w:r>
    </w:p>
    <w:p>
      <w:r>
        <w:t>Thank you for taking the time to write this, [first name if shown]. We have shared your note with the team at [unit name]. If there is ever anything we can do better, please call our patient relations desk on [number].</w:t>
      </w:r>
    </w:p>
    <w:p>
      <w:pPr>
        <w:pStyle w:val="Heading2"/>
      </w:pPr>
      <w:r>
        <w:t>Mixed review (good care, poor experience)</w:t>
      </w:r>
    </w:p>
    <w:p>
      <w:r>
        <w:t>Thank you for the feedback, [first name if shown]. We are glad parts of your visit went well, and we are sorry the [waiting time / billing process / parking] fell short. We would like to understand what happened. Please call our patient relations desk on [number] or write to [email] so we can look into it.</w:t>
      </w:r>
    </w:p>
    <w:p>
      <w:pPr>
        <w:pStyle w:val="Heading2"/>
      </w:pPr>
      <w:r>
        <w:t>Negative review about service</w:t>
      </w:r>
    </w:p>
    <w:p>
      <w:r>
        <w:t>We are sorry to read this, [first name if shown]. This is not the experience we want anyone to have at [unit name]. Our patient relations team would like to speak with you directly. Please call [number] or write to [email], and we will look into it personally.</w:t>
      </w:r>
    </w:p>
    <w:p>
      <w:pPr>
        <w:pStyle w:val="Heading2"/>
      </w:pPr>
      <w:r>
        <w:t>Negative review about clinical care</w:t>
      </w:r>
    </w:p>
    <w:p>
      <w:r>
        <w:t>Thank you for raising this. We take concerns about care seriously, and to protect your privacy we cannot discuss any details here. Our medical director's office would like to hear from you directly. Please call [number] or write to [email], and a senior member of the team will get in touch.</w:t>
      </w:r>
    </w:p>
    <w:p>
      <w:pPr>
        <w:pStyle w:val="Heading2"/>
      </w:pPr>
      <w:r>
        <w:t>Review from someone who may not be a patient</w:t>
      </w:r>
    </w:p>
    <w:p>
      <w:r>
        <w:t>We take every review seriously and want to understand this. We are unable to find a record that matches the details shared, so please contact our patient relations desk on [number] or [email] so we can look into it with you.</w:t>
      </w:r>
    </w:p>
    <w:p>
      <w:pPr>
        <w:pStyle w:val="Heading2"/>
      </w:pPr>
      <w:r>
        <w:t>Billing or estimate complaint</w:t>
      </w:r>
    </w:p>
    <w:p>
      <w:r>
        <w:t>We are sorry about the confusion over charges. Our billing team can walk you through the itemised bill and the estimate given before admission. Please call [number] or write to [email] with a convenient time, and we will set up a call.</w:t>
      </w:r>
    </w:p>
    <w:p>
      <w:r>
        <w:rPr>
          <w:color w:val="777777"/>
          <w:sz w:val="17"/>
        </w:rPr>
        <w:t>Source: gauravphogat.com/templates/. A marketer's template, not legal advice. Have your legal and medical teams review before use.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