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Private feedback message after a visit</w:t>
      </w:r>
    </w:p>
    <w:p>
      <w:r>
        <w:t>Ask how the visit went, privately, so problems reach a person before they reach a public profile.</w:t>
      </w:r>
    </w:p>
    <w:p>
      <w:r>
        <w:rPr>
          <w:i/>
          <w:color w:val="8A6A35"/>
        </w:rPr>
        <w:t>Note: Since 6 October 2026, NMC guidelines bar doctors and hospitals from requesting reviews for promotion. This message must never include a review link, a rating request or suggested wording.</w:t>
      </w:r>
    </w:p>
    <w:p>
      <w:pPr>
        <w:pStyle w:val="Heading2"/>
      </w:pPr>
      <w:r>
        <w:t>WhatsApp or SMS</w:t>
      </w:r>
    </w:p>
    <w:p>
      <w:r>
        <w:t>Thank you for visiting [hospital name], [unit or location] today. If anything did not go as it should have, please call our patient relations desk on [number] or reply to this message. We would like to hear from you directly. Reply STOP to opt out of messages.</w:t>
      </w:r>
    </w:p>
    <w:p>
      <w:pPr>
        <w:pStyle w:val="Heading2"/>
      </w:pPr>
      <w:r>
        <w:t>Email</w:t>
      </w:r>
    </w:p>
    <w:p>
      <w:r>
        <w:t>Subject: How was your visit to [hospital name]?</w:t>
      </w:r>
    </w:p>
    <w:p/>
    <w:p>
      <w:r>
        <w:t>Dear [first name],</w:t>
      </w:r>
    </w:p>
    <w:p/>
    <w:p>
      <w:r>
        <w:t>Thank you for visiting [hospital name], [unit or location] on [date]. If anything about your visit did not meet your expectations, from the appointment to billing, we would like to hear about it directly.</w:t>
      </w:r>
    </w:p>
    <w:p/>
    <w:p>
      <w:r>
        <w:t>You can reply to this email or call our patient relations desk on [number], [hours].</w:t>
      </w:r>
    </w:p>
    <w:p/>
    <w:p>
      <w:r>
        <w:t>Regards,</w:t>
      </w:r>
    </w:p>
    <w:p>
      <w:r>
        <w:t>Patient Relations, [hospital name]</w:t>
      </w:r>
    </w:p>
    <w:p/>
    <w:p>
      <w:r>
        <w:t>To stop receiving these emails, [unsubscribe link].</w:t>
      </w:r>
    </w:p>
    <w:p>
      <w:pPr>
        <w:pStyle w:val="Heading2"/>
      </w:pPr>
      <w:r>
        <w:t>Short survey invite (private, no review link)</w:t>
      </w:r>
    </w:p>
    <w:p>
      <w:r>
        <w:t>Thank you for visiting [hospital name]. Would you share two minutes of feedback to help us improve? [private survey link]. Your answers go only to our patient relations team. Reply STOP to opt out.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