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Medical content review sign-off form</w:t>
      </w:r>
    </w:p>
    <w:p>
      <w:r>
        <w:t>A one-page record that every piece of public content was checked for medical accuracy and compliance before it went live.</w:t>
      </w:r>
    </w:p>
    <w:p>
      <w:r>
        <w:rPr>
          <w:i/>
          <w:color w:val="8A6A35"/>
        </w:rPr>
        <w:t>Note: Keep the completed form with the content file. If a complaint arrives, this is your evidence of review.</w:t>
      </w:r>
    </w:p>
    <w:p>
      <w:pPr>
        <w:pStyle w:val="Heading2"/>
      </w:pPr>
      <w:r>
        <w:t>Form</w:t>
      </w:r>
    </w:p>
    <w:p>
      <w:r>
        <w:t>Content title: [title]</w:t>
      </w:r>
    </w:p>
    <w:p>
      <w:r>
        <w:t>Format and channel: [article / video / post / ad], [platform]</w:t>
      </w:r>
    </w:p>
    <w:p>
      <w:r>
        <w:t>Owner: [name, team]</w:t>
      </w:r>
    </w:p>
    <w:p>
      <w:r>
        <w:t>Date submitted: [date]</w:t>
      </w:r>
    </w:p>
    <w:p/>
    <w:p>
      <w:r>
        <w:t>Medical accuracy (clinical reviewer)</w:t>
      </w:r>
    </w:p>
    <w:p>
      <w:r>
        <w:t>[ ] Facts are accurate and current</w:t>
      </w:r>
    </w:p>
    <w:p>
      <w:r>
        <w:t>[ ] Sources are cited where needed</w:t>
      </w:r>
    </w:p>
    <w:p>
      <w:r>
        <w:t>[ ] No cure, guarantee or outcome promise</w:t>
      </w:r>
    </w:p>
    <w:p>
      <w:r>
        <w:t>[ ] Not fear-based and does not create demand for unnecessary tests</w:t>
      </w:r>
    </w:p>
    <w:p>
      <w:r>
        <w:t>Reviewer: Dr [name], Reg. No. [number]. Date: [date]</w:t>
      </w:r>
    </w:p>
    <w:p/>
    <w:p>
      <w:r>
        <w:t>Compliance (marketing or legal reviewer)</w:t>
      </w:r>
    </w:p>
    <w:p>
      <w:r>
        <w:t>[ ] No testimonials, reviews, success stories or patient images</w:t>
      </w:r>
    </w:p>
    <w:p>
      <w:r>
        <w:t>[ ] No before-and-after images</w:t>
      </w:r>
    </w:p>
    <w:p>
      <w:r>
        <w:t>[ ] No superlatives or unverifiable comparisons</w:t>
      </w:r>
    </w:p>
    <w:p>
      <w:r>
        <w:t>[ ] Awards or rankings show issuer, date and methodology</w:t>
      </w:r>
    </w:p>
    <w:p>
      <w:r>
        <w:t>[ ] No discounts, offers, contests, gifts or cashbacks</w:t>
      </w:r>
    </w:p>
    <w:p>
      <w:r>
        <w:t>[ ] Doctor name, qualifications and registration number shown</w:t>
      </w:r>
    </w:p>
    <w:p>
      <w:r>
        <w:t>[ ] AI-assisted content labelled</w:t>
      </w:r>
    </w:p>
    <w:p>
      <w:r>
        <w:t>[ ] Paid or sponsored content labelled</w:t>
      </w:r>
    </w:p>
    <w:p>
      <w:r>
        <w:t>[ ] Consent in place for any personal data used</w:t>
      </w:r>
    </w:p>
    <w:p>
      <w:r>
        <w:t>Reviewer: [name]. Date: [date]</w:t>
      </w:r>
    </w:p>
    <w:p/>
    <w:p>
      <w:r>
        <w:t>Decision: [ ] Approved  [ ] Approved with edits  [ ] Not approved</w:t>
      </w:r>
    </w:p>
    <w:p>
      <w:r>
        <w:t>Notes: [notes]</w:t>
      </w:r>
    </w:p>
    <w:p>
      <w:r>
        <w:rPr>
          <w:color w:val="777777"/>
          <w:sz w:val="17"/>
        </w:rPr>
        <w:t>Source: gauravphogat.com/templates/. A marketer's template, not legal advice. Have your legal and medical teams review before use.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