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Factual announcement templates</w:t>
      </w:r>
    </w:p>
    <w:p>
      <w:r>
        <w:t>Announcements the NMC guidelines expressly allow: a doctor joining or leaving, a new service, changed timings, temporary absence.</w:t>
      </w:r>
    </w:p>
    <w:p>
      <w:r>
        <w:rPr>
          <w:i/>
          <w:color w:val="8A6A35"/>
        </w:rPr>
        <w:t>Note: State the facts only. No superlatives, no offers, no patient stories.</w:t>
      </w:r>
    </w:p>
    <w:p>
      <w:pPr>
        <w:pStyle w:val="Heading2"/>
      </w:pPr>
      <w:r>
        <w:t>Doctor joining</w:t>
      </w:r>
    </w:p>
    <w:p>
      <w:r>
        <w:t>[Hospital name], [unit] welcomes Dr [name], [qualifications], Reg. No. [number], who joins the Department of [specialty] as [designation]. Dr [surname]'s OPD runs on [days], [timings]. Appointments: [booking link] or [number].</w:t>
      </w:r>
    </w:p>
    <w:p>
      <w:pPr>
        <w:pStyle w:val="Heading2"/>
      </w:pPr>
      <w:r>
        <w:t>New service or facility</w:t>
      </w:r>
    </w:p>
    <w:p>
      <w:r>
        <w:t>[Hospital name], [unit] now offers [service or facility] in the Department of [specialty], from [date]. Available on [days and timings]. For appointments and charges, call [number] or visit [link].</w:t>
      </w:r>
    </w:p>
    <w:p>
      <w:pPr>
        <w:pStyle w:val="Heading2"/>
      </w:pPr>
      <w:r>
        <w:t>Change of timings or location</w:t>
      </w:r>
    </w:p>
    <w:p>
      <w:r>
        <w:t>From [date], Dr [name]'s OPD at [hospital name] moves to [new days / timings / floor]. Existing appointments remain valid. For help rescheduling, call [number].</w:t>
      </w:r>
    </w:p>
    <w:p>
      <w:pPr>
        <w:pStyle w:val="Heading2"/>
      </w:pPr>
      <w:r>
        <w:t>Temporary absence and resumption</w:t>
      </w:r>
    </w:p>
    <w:p>
      <w:r>
        <w:t>Dr [name] will be unavailable from [date] to [date]. OPD resumes on [date]. During this period, patients can consult Dr [name], [specialty], on [days]. Call [number] for appointments.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