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Compliant ad copy swaps</w:t>
      </w:r>
    </w:p>
    <w:p>
      <w:r>
        <w:t>Replace phrases that now break NMC guidelines or the ASCI code with specific, verifiable facts.</w:t>
      </w:r>
    </w:p>
    <w:p>
      <w:r>
        <w:rPr>
          <w:i/>
          <w:color w:val="8A6A35"/>
        </w:rPr>
        <w:t>Note: Swaps are starting points. Every factual claim still needs evidence on file and clinical and compliance sign-off before launch.</w:t>
      </w:r>
    </w:p>
    <w:p>
      <w:pPr>
        <w:pStyle w:val="Heading2"/>
      </w:pPr>
      <w:r>
        <w:t>Swap list (avoid, then use instead)</w:t>
      </w:r>
    </w:p>
    <w:p>
      <w:r>
        <w:t>Best cardiologist in [city]  &gt;&gt;  Dr [name], MD, DM (Cardiology), [years] years in interventional cardiology, Reg. No. [number]</w:t>
      </w:r>
    </w:p>
    <w:p>
      <w:r>
        <w:t>No. 1 hospital for knee replacement  &gt;&gt;  Knee replacement at [hospital name], [unit], with [number] dedicated joint replacement surgeons</w:t>
      </w:r>
    </w:p>
    <w:p>
      <w:r>
        <w:t>Painless laser treatment  &gt;&gt;  Laser treatment under [local / general] anaesthesia. Ask your doctor what to expect during recovery.</w:t>
      </w:r>
    </w:p>
    <w:p>
      <w:r>
        <w:t>Guaranteed results  &gt;&gt;  Results vary from patient to patient. Your doctor will explain the options for your case.</w:t>
      </w:r>
    </w:p>
    <w:p>
      <w:r>
        <w:t>100% success rate  &gt;&gt;  [remove, or state a defined outcome measure with source, period and context]</w:t>
      </w:r>
    </w:p>
    <w:p>
      <w:r>
        <w:t>Cure diabetes permanently  &gt;&gt;  Diabetes care clinic: diagnosis, treatment plans and follow-up with [specialty] doctors</w:t>
      </w:r>
    </w:p>
    <w:p>
      <w:r>
        <w:t>Flat 30% off on health checks  &gt;&gt;  Health check packages from Rs [price]. See what each package includes.</w:t>
      </w:r>
    </w:p>
    <w:p>
      <w:r>
        <w:t>Limited period offer, book now  &gt;&gt;  Appointments available [days], [timings]. Book online or call [number].</w:t>
      </w:r>
    </w:p>
    <w:p>
      <w:r>
        <w:t>Hear from our happy patients  &gt;&gt;  [remove; patient testimonials are barred for promotion]</w:t>
      </w:r>
    </w:p>
    <w:p>
      <w:r>
        <w:t>See the amazing before and after  &gt;&gt;  [remove; before-and-after images are barred for promotion]</w:t>
      </w:r>
    </w:p>
    <w:p>
      <w:r>
        <w:t>World-class technology  &gt;&gt;  [Equipment name and model], installed [year], at [unit]</w:t>
      </w:r>
    </w:p>
    <w:p>
      <w:r>
        <w:t>Award-winning hospital  &gt;&gt;  [Award name], [issuing body], [year]. Methodology: [link]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